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Андреева Н.В. подает кассационную жалобу на судебные акты по делу № А58-8463/2020, одновременно заявив ходатайство о приостановлении исполнения обжалуемого определения в связи с затруднительностью возможного поворота его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Андреевой Наталье Владимировне в приостановлении исполнения определения Арбитражного суда Республики Саха (Якутия) от 09.09.2022 по делу № А58-8463/2020.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