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«Полтавский комбинат хлебопродуктов»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