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Хаипову Константину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