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«Компания Авиаль»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