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бюджетному учреждению здравоохранения «Курская городская клиническая больница скорой медицинской помощи» Комитета здравоохранения Курской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