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Тверской области «Городская клиническая больница № 6»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