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Чернышову Валерию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