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Северо-Западному территориальному управлению Федерального агентства по рыболовству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