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августа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Ростовской области «Областная клиническая больница № 2»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