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13.06.2023,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Валютного управления Сингапура (The Monetary Authority of Singapore)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