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«Машиностроительный завод ЭнергоТехСервис»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