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«РУБЕЖ»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"ЗАВОД ЭЛЕКТРОПУЛЬТ" (подробнее) Ответчики: ООО "Рубеж" (подробнее) Иные лица: ООО КБ Пожарной автоматики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