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Муниципальное Бюджетное Учреждение города Новосибирска "Городской центр организации дорожного движения" (подробнее) Ответчики: ИП Гаджиев Теймур Сарвар оглы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