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"Байлан-Рус" (подробнее) Ответчики: Курская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