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«Художники Палеха»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"ХУДОЖНИКИ ПАЛЕХА" (подробнее) Ответчики: ООО "СОЦИНЖСТРОЙ"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