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Корнилову Сергею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