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15.06.2023,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администрации Завитинского муниципального округа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