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«Такси 2412»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"ТАКСИ 2412" (подробнее) Ответчики: МОСП по ВАШ №3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