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«Угольная компания «Южный Кузбасс»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"Южный Кузбасс" (подробнее) Ответчики: ЗАО "НПО Энерго Инжиниринг" (подробнее) Иные лица: Московский Районный отдел СП УФССП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