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Джалялетдинов Мухаммад Мансурович, г. Казань (подробнее) Ответчики: Межрайонная инспекция Федеральной налоговой службы №6 по Республике Татарстан,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