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«Московский прожекторный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