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Сотникову Андрею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