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ф/у Лиганов Сергей Петрович (подробнее) Ответчики: Главное управление Министерства внутренних дел Российской Федерации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