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«БИСАН»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"Бисан" (подробнее) Ответчики: ИНСПЕКЦИЯ ФЕДЕРАЛЬНОЙ НАЛОГОВОЙ СЛУЖБЫ №18 ПО Г.МОСКВЕ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