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Юсупову Майрбеку Руслановичу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