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«Сигма Интегратор»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