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«Атомстройэкспорт»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"АТОМСТРОЙЭКСПОРТ" (подробнее) Ответчики: МЕЖРЕГИОНАЛЬНАЯ ИНСПЕКЦИЯ МИНИСТЕРСТВА РОССИЙСКОЙ ФЕДЕРАЦИИ ПО НАЛОГАМ И СБОРАМ ПО КРУПНЕЙШИМ НАЛОГОПЛАТЕЛЬЩИКАМ №6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