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Верховный Суд Российской Федерации с кассационной жалобой на постановление Восемнадцатого арбитражного апелляционного суда от 24.10.2022 по делу № А47-10968/2021 Арбитражного суда Оренбургской области и постановление Арбитражного суда Уральского округа от 09.02.2023 тому же делу. Определением Верховного Суда Российской Федерации от 11.07.2023 № 309-ЭС23-5380 кассационная жалоба предпринимателя вместе с делом передана для рассмотрения в судебном заседании Судебной коллегии по экономическим спорам Верховного Суда Российской Федерации. Судебное заседание Судебной коллегии по экономическим спорам Верховного Суда Российской Федерации по рассмотрению указанной кассационной жалобы назначено на 16.08.2023 в 11 часов 00 минут (время московское). Отделением Фонда пенсионного и социального страхования Российской Федерации по Оренбургской области (далее – фонд) заявлено ходатайство об участии в судебном заседании путем использования систем видеоконференц- связи при содействии Арбитражного суда Оренбургской области. В соответствии с частью 1 статьи 1531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Согласно части 5 статьи 1531 Арбитражного процессуального кодекса Российской Федерации арбитражный суд, рассматривающий дело, отказывает в удовлетворении ходатайства об участии в судебном заседании путем использования систем видеоконференц-связи, в том числе, если отсутствует техническая возможность для участия в судебном заседании с использованием систем видеоконференц-связи. Согласно пункту 24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под наличием технической возможности понимается наличие в арбитражном суде исправной системы видеоконференц-связи и объективной возможности проведения судебного заседания данным способом в пределах установленного законом срока рассмотрения дела. Судебное заседание Судебной коллегии по экономическим спорам Верховного Суда Российской Федерации по рассмотрению кассационной жалобы предпринимателя назначено на 16.08.2023 в 11 часов 00 минут (время московское) до поступления от фонда указанного ходатайства. Принимая во внимание сведения Арбитражного суда Оренбургской области об отсутствии в указанном суде объективной возможности проведения судебного заседания с использованием систем видеоконференц-связи 16.08.2023 в 11 часов 00 минут (время московское), заявленное фондом ходатайство удовлетворению не подлежит. На основании изложенного, руководствуясь статьями 1531, 159 ,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Отделения Фонда пенсионного и социального страхования Российской Федерации по Оренбургской области об участии в судебном заседании Судебной коллегии по экономическим спорам Верховного Суда Российской Федерации по рассмотрению дела № А47-10968/2021 Арбитражного суда Оренбургской области путем использования систем видеоконференц-связи отказать. Судья Верховного Суда Российской Федерации А.Г. Першутов Суд: Верховный Суд РФ (подробнее) Истцы: ИП Савелькин Павел Петрович (подробнее) Отделение Фонда пенсионного и социального страхования Российской Федерации по Оренбургской области (подробнее) Ответчики: ГУ Оренбургское региональное отделение Фонда социального страхования Российской Федерации (подробнее) Иные лица: Арбитражный суд Уральского округа (подробнее) Верховный суд РФ (подробнее) Восемнадцатый арбитражный апелляционный суд (подробнее) Судьи дела: Першутов А.Г. (судья) Последние документы по делу: Резолютивная часть определения от 16 августа 2023 г. по делу № А47-10968/2021 Определение от 21 августа 2023 г. по делу № А47-10968/2021 Определение от 7 августа 2023 г. по делу № А47-10968/2021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