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«Огбен»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"ОГБЕН" (подробнее) Ответчики: Межрайонная инспекция Федеральной налоговой службы №16 по Приморскому краю (подробнее) Иные лица: Арбитражный суд Дальневосточного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