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строительства, жилищно-коммунального хозяйства и энергетики Удмуртской Республики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ГУ МЧС России по Удмуртской Республике (подробнее) Министерство строительства, жилищно-коммунального хозяйства и энергетики Удмуртской Республики (подробнее) Ответчики: Управление Федеральной антимонопольной службы по Удмуртской Республике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