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"Сервис" (подробнее) Ответчики: ГОСУДАРСТВЕННАЯ ЖИЛИЩНАЯ ИНСПЕКЦИЯ КУРГАНСКОЙ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