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«Блеск-Сервис»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"Блеск-Сервис" (подробнее) ООО "РУСИНВЕСТ-СЕРВИС" (подробнее) Иные лица: ГУ МО "Госжилинспекция Московской области"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