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ДЕЗИНФЕКЦИИ»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Центр дезинфекции (подробнее) Ответчики: ГУЗ Балаковский кожно-венерологический диспансер (подробнее) ИП Лагутина Дарья Ивановна (подробнее) УФАС по Саратовской области (подробнее) УФАС по СО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