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открытому акционерному обществу «Таркосалинская нефтегазоразведочная экспедиция по испытанию скважин»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ОАО "Таркосалинская нефтегазоразведочная экспедиция по испытанию скважин" (подробнее) Ответчики: Межрайонная инспекция Федеральной налоговой службы №3 по Ямало-Ненецкому автономному округу (подробнее) Иные лица: Арбитражный суд Западно-Сибирского округа (подробнее) Восьмой арбитражный апелляционный суд (подробнее) Управление Федеральной налоговой службы по Ямало-Ненецкому автономному округу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