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«СМАРТАЛ»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"АНЭКСИМТРЕЙД" (подробнее) Ответчики: ООО "СМАРТАЛ"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