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фирма «Комплекс»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"ПРОИЗВОДСТВЕННАЯ ФИРМА КОМПЛЕКС" (подробнее) Ответчики: Федеральная антимонопольная служба (подробнее) Иные лица: 305 Военную прокуратуру гарнизона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