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Айзенбергу Петру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