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профессиональному образовательному учреждению Ростовской области «Ростовский-на-Дону колледж связи и информатики»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ГОСУДАРСТВЕННОЕ БЮДЖЕТНОЕ ПРОФЕССИОНАЛЬНОЕ ОБРАЗОВАТЕЛЬНОЕ УЧРЕЖДЕНИЕ РОСТОВСКОЙ ОБЛАСТИ "РОСТОВСКИЙ-НА-ДОНУ КОЛЛЕДЖ СВЯЗИ И ИНФОРМАТИКИ" (подробнее) Ответчики: Управление Федеральной антимонопольной службы по Ростовской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