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Асадуллиной Нелли Дамировне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