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ПРЕДСЕДАТЕЛЬ КВАЛИФИКАЦИОННОЙ КОЛЛЕГИИ СУДЕЙ ВОЛГОГРАДСКОЙ ОБЛАСТИ МАРГИЕВА ОЛЬГА САМАТОВНА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