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«Юнион Логистик-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