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«Научно- производственное предприятие «Специальные вычислительные комплексы»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