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Коротковой Ирине Николаевне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