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Вавилову Федору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