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«Мурманский морской торговый 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