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«Директ Мейл Хаус»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