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«Разрез Степановский»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