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Территориальному фонду обязательного медицинского страхования Иркутской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ОГБУ здравоохранения "Черемховская городская больница №1" (подробнее) Ответчики: Территориальный фонд обязательного медицинского страхования Иркутской области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