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Окатову Алексею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