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бюджетному учреждению Ханты-Мансийского автономного округа - Югры «Дирекция по эксплуатации служебных зданий»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